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האמת – 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6 צעדי הבלש לבדיקת מידע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סימנים מחשידים בכותרות ותמונות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עצירה ובדיקה לפני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מידע שקרי שמוצג כאילו הוא חדשות אמיתיות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לא, דעה היא דעה ולא עובדה 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הודעה שגורמת לרגש חזק - זה הרגע לעצור ולבדוק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בלש אמת צריך לדעת לעצור ולבדוק, לא לדעת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הבעיה של 'תמונה מחוץ להקשר'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חשוב להצליב מול מקורות אחרים ואמינים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שקרי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הצעד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פרסם את ההודעה - יש שם ואתר רשמי?)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(מתי קרה האירוע - אולי זו ידיעה ישנה?)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(האם הכתבה אומרת את מה שהכותרת הבטיחה?)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(האם התמונה באמת מהאירוע הזה?)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6 צעדי הבלש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בדיקת מקור - מי פרסם את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בדיקת תאריך - מתי זה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השוואת כותרת מול תוכן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בדיקת התמונה והקשרה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לציין לפחות 3 מתוך 6 הצעדים - בדיקת מקור, תאריך, הקשר התמונה, הצלבה מול מקורות נוספים, והבנה שהרגש החזק הוא סימן אזהרה ולא סיבה למהר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שני צעדים נכונים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שרגש חזק נועד לעיתים לדחוף לשיתוף בלי 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שדעה היא עמדה ואילו פייק הוא עובדה 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בדוגמת כותרת מהעיתון ולתרגל יחד את 6 הצעדים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תלמידים לשתף דוגמה אמיתית שראו ברשת (בלי לציין שמות פרטיים)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שהמטרה היא פיתוח הרגל בדיקה, לא שינון יבש של הכללים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האמת – 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בתקופת בחירות מתפשטות ברשתות הודעות רבות, חלקן נכונות וחלקן מטעות או מומצאות. בדף הזה נתרגל להיות בלשי אמת – לעצור ולבדוק לפני שמאמינים או משתפים.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הפוך  ·  שקרי  ·  רגש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פייק ניוז?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ידיעה שלא מסכימים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מידע שקרי שמוצג כאילו הוא חדשות 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כתבה ארוכה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האם דעה שלא מסכימים איתה היא תמיד פייק ניוז?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לא, דעה היא דעה ולא עובדה מזויפת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אם היא עצובה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הכלל הזהב שמוזכר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לשתף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הודעה שגורמת לרגש חזק - זה הרגע לעצור ולבדוק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להאמין לכל כתבה עם 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בלש אמת צריך לדעת הכול כדי לזהות פייק ניוז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תמונה יכולה להיות אמיתית אך לקוחה מאירוע אחר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מקור אחד מדווח משהו, זה מספיק כדי להאמין בוודאות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פייק ניוז הוא מידע __________ שמוצג כאילו הוא חדשות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לבדוק אם תמונה מהאירוע הנכון אפשר להשתמש בחיפוש תמונה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כלל הזהב אומר שהודעה שגורמת ל__________ חזק היא רגע לעצור ולבדוק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הצעד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האם התמונה באמת מהאירוע הזה?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פרסם את ההודעה - יש שם ואתר רשמי?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כותרת מול 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מתי קרה האירוע - אולי זו ידיעה ישנה?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תמונה מחוץ להקשר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האם הכתבה אומרת את מה שהכותרת הבטיחה?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6 צעדי הבלש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השוואת כותרת מול תוכן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בדיקת התמונה והקשרה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בדיקת מקור - מי פרסם את ההודעה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בדיקת תאריך - מתי זה 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קיבלתם הודעה שמעוררת בכם פחד גדול ומבקשת לשתף מיד. תארו שלושה צעדים שתעשו לפני שאתם משתפים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שניים מתוך 6 צעדי הבלש?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רגש חזק בהודעה הוא סימן אזהרה ולא סיבה לשתף מהר?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האמת – 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