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האמת – 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6 צעדי הבלש לבדיקת מידע ברשת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סימנים מחשידים בכותרות ותמונות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הרגל של עצירה ובדיקה לפני 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מידע שקרי שמוצג כאילו הוא חדשות אמיתיות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לא, דעה היא דעה ולא עובדה מזויפת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הודעה שגורמת לרגש חזק - זה הרגע לעצור ולבדוק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ייתכן שזו ידיעה ישנה שמשותפת מחדש כאילו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אם הכתבה עצמה אומרת את מה שהכותרת הבטיחה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כדי לדחוף אותם לשתף מהר בלי לבדוק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בלש אמת צריך לדעת לעצור ולבדוק, לא לדעת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הבעיה של 'תמונה מחוץ להקשר'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להצליב מול מקורות אחרים ואמינים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רגש חזק הוא דווקא סימן לעצור ולבדוק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בדיוק צעד המקור בצ'קליסט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שקרי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הצעד להסבר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 פרסם את ההודעה - יש שם ואתר רשמי?)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(מתי קרה האירוע - אולי זו ידיעה ישנה?)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(האם הכתבה אומרת את מה שהכותרת הבטיחה?)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(האם התמונה באמת מהאירוע הזה?)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(האם מנסים להפחיד או לדחוף לשתף מהר?)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(האם מקורות אחרים ואמינים מדווחים אותו דבר?)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6 צעדי הבלש בסדר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בדיקת מקור - מי פרסם את ההודעה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בדיקת תאריך - מתי זה קרה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השוואת כותרת מול תוכן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בדיקת התמונה והקשרה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שימת לב לרגש ובהלה בהודעה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הצלבת מידע מול מקורות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לציין לפחות 3 מתוך 6 הצעדים - בדיקת מקור, תאריך, הקשר התמונה, הצלבה מול מקורות נוספים, והבנה שהרגש החזק הוא סימן אזהרה ולא סיבה למהר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ציפייה: הבחנה בין עובדה מזויפת לבין דעה לגיטימית, גם אם לא מסכימים איתה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שני צעדים נכונים מתוך 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שרגש חזק נועד לעיתים לדחוף לשיתוף בלי 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שדעה היא עמדה ואילו פייק הוא עובדה מזויפת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בדוגמת כותרת מהעיתון ולתרגל יחד את 6 הצעדים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לעודד תלמידים לשתף דוגמה אמיתית שראו ברשת (בלי לציין שמות פרטיים)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שהמטרה היא פיתוח הרגל בדיקה, לא שינון יבש של הכללים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לפני הבחירות – חידון וזיהוי פייק ניוז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האמת – זיהוי פייק ניוז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בתקופת בחירות מתפשטות ברשתות הודעות רבות, חלקן נכונות וחלקן מטעות או מומצאות. בדף הזה נתרגל להיות בלשי אמת – לעצור ולבדוק לפני שמאמינים או משתפים.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ידיעה שלא מסכימים איתה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 שקרי שמוצג כאילו הוא חדשות אמיתיות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ארוכה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ידיעה ישנה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דעה שלא מסכימים איתה היא תמיד פייק ניוז?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כן,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לא, דעה היא דעה ולא עובדה מזויפת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היא עצובה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אם היא מצחיקה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הכלל הזהב שמוזכר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הודעה שגורמת לרגש חזק - זה הרגע לעצור ולבדוק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להאמין לכל כתבה עם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רק כותרות ארוכות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חשוב לבדוק תאריך של ידיעה?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לדעת איזה יום בשבוע 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ייתכן שזו ידיעה ישנה שמשותפת מחדש כאילו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לכתוב אותו בדוח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זה לא חשוב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בודקים בצעד 'כותרת מול תוכן'?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אם הכותרת צבעונית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אם הכתבה עצמה אומרת את מה שהכותרת הבטיחה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אם הכותרת ארוכה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אם יש בכותרת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מדוע מנסים לפעמים ליצור תחושת פחד או בהלה בהודעה?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לעזור לקוראים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לדחוף אותם לשתף מהר בלי לבדוק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לשפר את מצב הרוח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לזה סיבה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בלש אמת צריך לדעת הכול כדי לזהות פייק ניוז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יכולה להיות אמיתית אך לקוחה מאירוע אחר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מקור אחד מדווח משהו, זה מספיק כדי להאמין בוודאות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הודעה שגורמת לרגש חזק כמו פחד או כעס היא תמיד אמינה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מקור כוללת שאלה האם יש שם, אתר רשמי או כתב מזוהה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פייק ניוז הוא מידע __________ שמוצג כאילו הוא חדשות אמיתיות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לבדוק אם תמונה מהאירוע הנכון אפשר להשתמש בחיפוש תמונה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כלל הזהב אומר שהודעה שגורמת ל__________ חזק היא רגע לעצור ולבדוק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צעד ההצלבה בודק אם מקורות __________ מדווחים אותו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לא כל דבר שלא מסכימים איתו הוא פייק - דעה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הצעד להסבר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האם הכתבה אומרת את מה שהכותרת הבטיחה?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תאריך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האם התמונה באמת מהאירוע הזה?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כותרת מול תוכן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האם מקורות אחרים ואמינים מדווחים אותו דבר?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תמונה מחוץ להקשר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האם מנסים להפחיד או לדחוף לשתף מהר?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רגש ובהלה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 פרסם את ההודעה - יש שם ואתר רשמי?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הצלבה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מתי קרה האירוע - אולי זו ידיעה ישנה?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6 צעדי הבלש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שימת לב לרגש ובהלה בהודעה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השוואת כותרת מול תוכן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התמונה והקשרה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הצלבת מידע מול מקורות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תאריך - מתי זה קרה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מקור - מי פרסם את ההודעה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קיבלתם הודעה שמעוררת בכם פחד גדול ומבקשת לשתף מיד. תארו שלושה צעדים שתעשו לפני שאתם משתפים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דעה שלא מסכימים איתה אינה בהכרח פייק ניוז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שניים מתוך 6 צעדי הבלש?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רגש חזק בהודעה הוא סימן אזהרה ולא סיבה לשתף מהר?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דעה לפייק ניוז?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האמת – זיהוי פייק ניוז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